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E73C" w14:textId="43ADB9B4" w:rsidR="003A6692" w:rsidRDefault="003A6692" w:rsidP="003A6692">
      <w:pPr>
        <w:pStyle w:val="Titolo3"/>
        <w:jc w:val="center"/>
        <w:rPr>
          <w:rFonts w:ascii="Times New Roman" w:hAnsi="Times New Roman" w:cs="Times New Roman"/>
          <w:color w:val="auto"/>
          <w:sz w:val="22"/>
          <w:lang w:val="it-IT"/>
        </w:rPr>
      </w:pPr>
      <w:r w:rsidRPr="003A6692">
        <w:rPr>
          <w:rFonts w:ascii="Times New Roman" w:hAnsi="Times New Roman" w:cs="Times New Roman"/>
          <w:color w:val="auto"/>
          <w:sz w:val="22"/>
          <w:lang w:val="it-IT"/>
        </w:rPr>
        <w:t>ALLEGATO A – MODELLO DI MANIFESTAZIONE DI INTERESSE</w:t>
      </w:r>
    </w:p>
    <w:p w14:paraId="0E2D20C0" w14:textId="77777777" w:rsidR="001644EA" w:rsidRPr="001644EA" w:rsidRDefault="001644EA" w:rsidP="001644EA">
      <w:pPr>
        <w:rPr>
          <w:lang w:val="it-IT"/>
        </w:rPr>
      </w:pPr>
    </w:p>
    <w:p w14:paraId="13F2C2F8" w14:textId="77777777" w:rsidR="003A6692" w:rsidRPr="00404581" w:rsidRDefault="003A6692" w:rsidP="003A6692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404581">
        <w:rPr>
          <w:sz w:val="22"/>
          <w:szCs w:val="22"/>
        </w:rPr>
        <w:t xml:space="preserve">Al Comune di Turi </w:t>
      </w:r>
    </w:p>
    <w:p w14:paraId="777F4705" w14:textId="400E6B2A" w:rsidR="003A6692" w:rsidRPr="00404581" w:rsidRDefault="003A6692" w:rsidP="001644E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404581">
        <w:rPr>
          <w:sz w:val="22"/>
          <w:szCs w:val="22"/>
        </w:rPr>
        <w:t xml:space="preserve">Settore </w:t>
      </w:r>
      <w:proofErr w:type="gramStart"/>
      <w:r w:rsidRPr="00404581">
        <w:rPr>
          <w:sz w:val="22"/>
          <w:szCs w:val="22"/>
        </w:rPr>
        <w:t xml:space="preserve">5  </w:t>
      </w:r>
      <w:r w:rsidR="001644EA" w:rsidRPr="00404581">
        <w:rPr>
          <w:sz w:val="22"/>
          <w:szCs w:val="22"/>
        </w:rPr>
        <w:t>-</w:t>
      </w:r>
      <w:proofErr w:type="gramEnd"/>
      <w:r w:rsidR="001644EA" w:rsidRPr="00404581">
        <w:rPr>
          <w:sz w:val="22"/>
          <w:szCs w:val="22"/>
        </w:rPr>
        <w:t xml:space="preserve"> </w:t>
      </w:r>
      <w:r w:rsidRPr="00404581">
        <w:rPr>
          <w:sz w:val="22"/>
          <w:szCs w:val="22"/>
        </w:rPr>
        <w:t xml:space="preserve">Urbanistica e Assetto del Territorio </w:t>
      </w:r>
    </w:p>
    <w:p w14:paraId="35EF5FEB" w14:textId="77777777" w:rsidR="001644EA" w:rsidRPr="00404581" w:rsidRDefault="001644EA" w:rsidP="001644E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404581">
        <w:rPr>
          <w:sz w:val="22"/>
          <w:szCs w:val="22"/>
        </w:rPr>
        <w:t xml:space="preserve">Via XX Settembre 5, </w:t>
      </w:r>
    </w:p>
    <w:p w14:paraId="3F9F93E2" w14:textId="2485A39C" w:rsidR="003A6692" w:rsidRPr="00404581" w:rsidRDefault="001644EA" w:rsidP="001644E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  <w:r w:rsidRPr="00404581">
        <w:rPr>
          <w:sz w:val="22"/>
          <w:szCs w:val="22"/>
        </w:rPr>
        <w:t>70010 Turi</w:t>
      </w:r>
      <w:r w:rsidR="003A6692" w:rsidRPr="00404581">
        <w:rPr>
          <w:sz w:val="22"/>
          <w:szCs w:val="22"/>
        </w:rPr>
        <w:t xml:space="preserve"> (BA)</w:t>
      </w:r>
    </w:p>
    <w:p w14:paraId="35E27003" w14:textId="77777777" w:rsidR="00404581" w:rsidRPr="003A6692" w:rsidRDefault="00404581" w:rsidP="001644EA">
      <w:pPr>
        <w:pStyle w:val="NormaleWeb"/>
        <w:spacing w:before="0" w:beforeAutospacing="0" w:after="0" w:afterAutospacing="0"/>
        <w:jc w:val="right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7"/>
        <w:gridCol w:w="150"/>
        <w:gridCol w:w="1307"/>
        <w:gridCol w:w="271"/>
        <w:gridCol w:w="1250"/>
        <w:gridCol w:w="965"/>
        <w:gridCol w:w="288"/>
        <w:gridCol w:w="720"/>
        <w:gridCol w:w="271"/>
        <w:gridCol w:w="720"/>
        <w:gridCol w:w="304"/>
        <w:gridCol w:w="1807"/>
        <w:gridCol w:w="426"/>
        <w:gridCol w:w="22"/>
        <w:gridCol w:w="448"/>
      </w:tblGrid>
      <w:tr w:rsidR="001644EA" w14:paraId="4E808783" w14:textId="77777777" w:rsidTr="00E41158">
        <w:trPr>
          <w:trHeight w:val="284"/>
        </w:trPr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EF90F" w14:textId="5A55423E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Il/La sottoscritto/a</w:t>
            </w:r>
          </w:p>
        </w:tc>
        <w:tc>
          <w:tcPr>
            <w:tcW w:w="34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FA3BD7" w14:textId="77777777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CF0CC" w14:textId="63551975" w:rsidR="001644EA" w:rsidRPr="00E41158" w:rsidRDefault="001644EA" w:rsidP="001644EA">
            <w:pPr>
              <w:pStyle w:val="NormaleWeb"/>
              <w:jc w:val="right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,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E7DE7" w14:textId="25E6C7A7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 xml:space="preserve">nato/a </w:t>
            </w:r>
            <w:proofErr w:type="spellStart"/>
            <w:r w:rsidRPr="00E41158"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27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50DED0" w14:textId="77777777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</w:p>
        </w:tc>
      </w:tr>
      <w:tr w:rsidR="00E41158" w14:paraId="3656EB52" w14:textId="77777777" w:rsidTr="00E41158">
        <w:trPr>
          <w:trHeight w:val="284"/>
        </w:trPr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B7E0A" w14:textId="582B730C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il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7F0A1F" w14:textId="77777777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B3FB7C" w14:textId="36659098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,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3B50A" w14:textId="3A156724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residente in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F217C8" w14:textId="77777777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C2D6C" w14:textId="0C20B0CA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  <w:lang w:val="en-US"/>
              </w:rPr>
              <w:t>alla via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FBB1E2" w14:textId="77777777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3E5C5" w14:textId="53E54894" w:rsidR="001644EA" w:rsidRPr="00E41158" w:rsidRDefault="001644EA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n.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05172D" w14:textId="6D164000" w:rsidR="001644EA" w:rsidRPr="00E41158" w:rsidRDefault="00E41158" w:rsidP="00E41158">
            <w:pPr>
              <w:pStyle w:val="NormaleWeb"/>
              <w:ind w:right="-59"/>
              <w:jc w:val="right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,</w:t>
            </w:r>
          </w:p>
        </w:tc>
      </w:tr>
      <w:tr w:rsidR="00E41158" w:rsidRPr="0093266D" w14:paraId="3C54F7B7" w14:textId="77777777" w:rsidTr="00404581">
        <w:trPr>
          <w:trHeight w:val="284"/>
        </w:trPr>
        <w:tc>
          <w:tcPr>
            <w:tcW w:w="5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8E77B0" w14:textId="36940361" w:rsidR="00E41158" w:rsidRPr="00E41158" w:rsidRDefault="00E41158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C.F.</w:t>
            </w:r>
          </w:p>
        </w:tc>
        <w:tc>
          <w:tcPr>
            <w:tcW w:w="40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209640" w14:textId="77777777" w:rsidR="00E41158" w:rsidRPr="00E41158" w:rsidRDefault="00E41158" w:rsidP="001644EA">
            <w:pPr>
              <w:pStyle w:val="NormaleWeb"/>
              <w:jc w:val="both"/>
              <w:rPr>
                <w:sz w:val="22"/>
                <w:szCs w:val="22"/>
              </w:rPr>
            </w:pPr>
          </w:p>
        </w:tc>
        <w:tc>
          <w:tcPr>
            <w:tcW w:w="471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0E744" w14:textId="2063CCF5" w:rsidR="00E41158" w:rsidRPr="00E41158" w:rsidRDefault="00E41158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 xml:space="preserve">in qualità di (proprietario unico / comproprietario / </w:t>
            </w:r>
          </w:p>
        </w:tc>
      </w:tr>
      <w:tr w:rsidR="00E41158" w:rsidRPr="00E41158" w14:paraId="5E30B74C" w14:textId="77777777" w:rsidTr="00E41158">
        <w:trPr>
          <w:trHeight w:val="284"/>
        </w:trPr>
        <w:tc>
          <w:tcPr>
            <w:tcW w:w="43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FF4D7" w14:textId="605C62DB" w:rsidR="00E41158" w:rsidRPr="00E41158" w:rsidRDefault="00E41158" w:rsidP="001644EA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legale rappresentante del soggetto avente titolo)</w:t>
            </w:r>
          </w:p>
        </w:tc>
        <w:tc>
          <w:tcPr>
            <w:tcW w:w="50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64EEF9" w14:textId="2AE08D4D" w:rsidR="00E41158" w:rsidRPr="00E41158" w:rsidRDefault="00E41158" w:rsidP="00E41158">
            <w:pPr>
              <w:pStyle w:val="NormaleWeb"/>
              <w:ind w:right="-59"/>
              <w:jc w:val="right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,</w:t>
            </w:r>
          </w:p>
        </w:tc>
      </w:tr>
      <w:tr w:rsidR="00E41158" w:rsidRPr="00E41158" w14:paraId="62FB64E6" w14:textId="77777777" w:rsidTr="00E41158">
        <w:trPr>
          <w:trHeight w:val="284"/>
        </w:trPr>
        <w:tc>
          <w:tcPr>
            <w:tcW w:w="43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540BA" w14:textId="4F086393" w:rsidR="00E41158" w:rsidRPr="00E41158" w:rsidRDefault="00E41158" w:rsidP="00E41158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dell’immobile sito in Turi alla Via/Località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80A76E" w14:textId="77777777" w:rsidR="00E41158" w:rsidRPr="00E41158" w:rsidRDefault="00E41158" w:rsidP="00E41158">
            <w:pPr>
              <w:pStyle w:val="NormaleWeb"/>
              <w:jc w:val="both"/>
              <w:rPr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76DB60" w14:textId="0AC3F811" w:rsidR="00E41158" w:rsidRPr="00E41158" w:rsidRDefault="00E41158" w:rsidP="00E41158">
            <w:pPr>
              <w:pStyle w:val="NormaleWeb"/>
              <w:jc w:val="both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n.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A41661" w14:textId="1B106943" w:rsidR="00E41158" w:rsidRPr="00E41158" w:rsidRDefault="00E41158" w:rsidP="00E41158">
            <w:pPr>
              <w:pStyle w:val="NormaleWeb"/>
              <w:ind w:right="-59"/>
              <w:jc w:val="right"/>
              <w:rPr>
                <w:sz w:val="22"/>
                <w:szCs w:val="22"/>
              </w:rPr>
            </w:pPr>
            <w:r w:rsidRPr="00E41158">
              <w:rPr>
                <w:sz w:val="22"/>
                <w:szCs w:val="22"/>
              </w:rPr>
              <w:t>,</w:t>
            </w:r>
          </w:p>
        </w:tc>
      </w:tr>
    </w:tbl>
    <w:p w14:paraId="0DF8E0CF" w14:textId="77777777" w:rsidR="00E41158" w:rsidRDefault="003A6692" w:rsidP="002A1C48">
      <w:pPr>
        <w:pStyle w:val="NormaleWeb"/>
        <w:jc w:val="center"/>
        <w:rPr>
          <w:b/>
          <w:bCs/>
          <w:sz w:val="22"/>
          <w:szCs w:val="22"/>
        </w:rPr>
      </w:pPr>
      <w:r w:rsidRPr="003A6692">
        <w:rPr>
          <w:b/>
          <w:bCs/>
          <w:sz w:val="22"/>
          <w:szCs w:val="22"/>
        </w:rPr>
        <w:t>MANIFESTA IL PROPRIO INTERESSE</w:t>
      </w:r>
    </w:p>
    <w:p w14:paraId="6AB0E241" w14:textId="0B065BB5" w:rsidR="003A6692" w:rsidRPr="003A6692" w:rsidRDefault="003A6692" w:rsidP="003A6692">
      <w:pPr>
        <w:pStyle w:val="NormaleWeb"/>
        <w:rPr>
          <w:sz w:val="22"/>
          <w:szCs w:val="22"/>
        </w:rPr>
      </w:pPr>
      <w:r w:rsidRPr="003A6692">
        <w:rPr>
          <w:sz w:val="22"/>
          <w:szCs w:val="22"/>
        </w:rPr>
        <w:t>a partecipare all’Avviso Pubblico in oggetto, mettendo a disposizione del Comune di Turi il proprio bene immobile affinché sia candidato al finanziamento regionale "Puglia Accogliente".</w:t>
      </w:r>
    </w:p>
    <w:p w14:paraId="61BB8C4E" w14:textId="5636EADA" w:rsidR="00EA4B40" w:rsidRDefault="003A6692" w:rsidP="002A1C48">
      <w:pPr>
        <w:pStyle w:val="NormaleWeb"/>
        <w:jc w:val="center"/>
        <w:rPr>
          <w:b/>
          <w:bCs/>
          <w:sz w:val="22"/>
          <w:szCs w:val="22"/>
        </w:rPr>
      </w:pPr>
      <w:r w:rsidRPr="003A6692">
        <w:rPr>
          <w:b/>
          <w:bCs/>
          <w:sz w:val="22"/>
          <w:szCs w:val="22"/>
        </w:rPr>
        <w:t>DATI IDENTIFICATIVI E CARATTERISTICHE DELL’IMMOBILE: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3526"/>
        <w:gridCol w:w="5870"/>
      </w:tblGrid>
      <w:tr w:rsidR="00EA4B40" w:rsidRPr="00EA4B40" w14:paraId="1A4A3518" w14:textId="77777777" w:rsidTr="002A1C48">
        <w:tc>
          <w:tcPr>
            <w:tcW w:w="0" w:type="auto"/>
            <w:hideMark/>
          </w:tcPr>
          <w:p w14:paraId="51EE5851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Ubicazione esatta</w:t>
            </w:r>
          </w:p>
        </w:tc>
        <w:tc>
          <w:tcPr>
            <w:tcW w:w="0" w:type="auto"/>
            <w:hideMark/>
          </w:tcPr>
          <w:p w14:paraId="3FBEEB00" w14:textId="0B6D4E8B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sz w:val="22"/>
                <w:lang w:val="it-IT" w:eastAsia="it-IT"/>
              </w:rPr>
              <w:t xml:space="preserve">Via / Piazza / Contrada: ___________________________ n. </w:t>
            </w:r>
          </w:p>
        </w:tc>
      </w:tr>
      <w:tr w:rsidR="00EA4B40" w:rsidRPr="00EA4B40" w14:paraId="1E55A5AA" w14:textId="77777777" w:rsidTr="002A1C48">
        <w:tc>
          <w:tcPr>
            <w:tcW w:w="0" w:type="auto"/>
            <w:hideMark/>
          </w:tcPr>
          <w:p w14:paraId="2BE3A83F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Dati Catastali</w:t>
            </w:r>
          </w:p>
        </w:tc>
        <w:tc>
          <w:tcPr>
            <w:tcW w:w="0" w:type="auto"/>
            <w:hideMark/>
          </w:tcPr>
          <w:p w14:paraId="57BA3A26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sz w:val="22"/>
                <w:lang w:val="it-IT" w:eastAsia="it-IT"/>
              </w:rPr>
              <w:t>Foglio: ________ Particella: ________ Subalterno: ________</w:t>
            </w:r>
          </w:p>
        </w:tc>
      </w:tr>
      <w:tr w:rsidR="00EA4B40" w:rsidRPr="00EA4B40" w14:paraId="5CE6BD84" w14:textId="77777777" w:rsidTr="002A1C48">
        <w:tc>
          <w:tcPr>
            <w:tcW w:w="0" w:type="auto"/>
            <w:hideMark/>
          </w:tcPr>
          <w:p w14:paraId="56C126C6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Superficie utile coperta</w:t>
            </w:r>
          </w:p>
        </w:tc>
        <w:tc>
          <w:tcPr>
            <w:tcW w:w="0" w:type="auto"/>
            <w:hideMark/>
          </w:tcPr>
          <w:p w14:paraId="4AF966BA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sz w:val="22"/>
                <w:lang w:val="it-IT" w:eastAsia="it-IT"/>
              </w:rPr>
              <w:t>mq __________________________________________________</w:t>
            </w:r>
          </w:p>
        </w:tc>
      </w:tr>
      <w:tr w:rsidR="00EA4B40" w:rsidRPr="00EA4B40" w14:paraId="06AACDE4" w14:textId="77777777" w:rsidTr="002A1C48">
        <w:tc>
          <w:tcPr>
            <w:tcW w:w="0" w:type="auto"/>
            <w:hideMark/>
          </w:tcPr>
          <w:p w14:paraId="1B0169E4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Superficie aree esterne / pertinenze</w:t>
            </w:r>
          </w:p>
        </w:tc>
        <w:tc>
          <w:tcPr>
            <w:tcW w:w="0" w:type="auto"/>
            <w:hideMark/>
          </w:tcPr>
          <w:p w14:paraId="204809C0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sz w:val="22"/>
                <w:lang w:val="it-IT" w:eastAsia="it-IT"/>
              </w:rPr>
              <w:t>mq __________________________________________________</w:t>
            </w:r>
          </w:p>
        </w:tc>
      </w:tr>
      <w:tr w:rsidR="00EA4B40" w:rsidRPr="00EA4B40" w14:paraId="4571F218" w14:textId="77777777" w:rsidTr="002A1C48">
        <w:tc>
          <w:tcPr>
            <w:tcW w:w="0" w:type="auto"/>
            <w:hideMark/>
          </w:tcPr>
          <w:p w14:paraId="61A94DB6" w14:textId="77777777" w:rsidR="00EA4B40" w:rsidRPr="00EA4B40" w:rsidRDefault="00EA4B40" w:rsidP="00EA4B40">
            <w:pPr>
              <w:spacing w:after="480"/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Stato manutentivo generale</w:t>
            </w:r>
            <w:r w:rsidRPr="00EA4B40">
              <w:rPr>
                <w:rFonts w:cs="Times New Roman"/>
                <w:sz w:val="22"/>
                <w:lang w:val="it-IT" w:eastAsia="it-IT"/>
              </w:rPr>
              <w:t xml:space="preserve"> </w:t>
            </w:r>
            <w:r w:rsidRPr="00EA4B40">
              <w:rPr>
                <w:rFonts w:cs="Times New Roman"/>
                <w:i/>
                <w:iCs/>
                <w:sz w:val="22"/>
                <w:lang w:val="it-IT" w:eastAsia="it-IT"/>
              </w:rPr>
              <w:t>(barrare la voce corrispondente)</w:t>
            </w:r>
          </w:p>
        </w:tc>
        <w:tc>
          <w:tcPr>
            <w:tcW w:w="0" w:type="auto"/>
            <w:hideMark/>
          </w:tcPr>
          <w:p w14:paraId="1285A50A" w14:textId="77777777" w:rsidR="00EA4B40" w:rsidRPr="00EA4B40" w:rsidRDefault="00EA4B40" w:rsidP="00EA4B40">
            <w:pPr>
              <w:spacing w:before="100" w:beforeAutospacing="1" w:after="100" w:afterAutospacing="1"/>
              <w:rPr>
                <w:rFonts w:cs="Times New Roman"/>
                <w:sz w:val="22"/>
                <w:lang w:val="it-IT" w:eastAsia="it-IT"/>
              </w:rPr>
            </w:pPr>
            <w:proofErr w:type="gramStart"/>
            <w:r w:rsidRPr="00EA4B40">
              <w:rPr>
                <w:rFonts w:cs="Times New Roman"/>
                <w:sz w:val="22"/>
                <w:lang w:val="it-IT" w:eastAsia="it-IT"/>
              </w:rPr>
              <w:t>[  </w:t>
            </w:r>
            <w:proofErr w:type="gramEnd"/>
            <w:r w:rsidRPr="00EA4B40">
              <w:rPr>
                <w:rFonts w:cs="Times New Roman"/>
                <w:sz w:val="22"/>
                <w:lang w:val="it-IT" w:eastAsia="it-IT"/>
              </w:rPr>
              <w:t xml:space="preserve"> ] Libero / Inutilizzato da lungo tempo</w:t>
            </w:r>
          </w:p>
          <w:p w14:paraId="68F45FCE" w14:textId="77777777" w:rsidR="00EA4B40" w:rsidRPr="00EA4B40" w:rsidRDefault="00EA4B40" w:rsidP="00EA4B40">
            <w:pPr>
              <w:spacing w:before="100" w:beforeAutospacing="1" w:after="100" w:afterAutospacing="1"/>
              <w:rPr>
                <w:rFonts w:cs="Times New Roman"/>
                <w:sz w:val="22"/>
                <w:lang w:val="it-IT" w:eastAsia="it-IT"/>
              </w:rPr>
            </w:pPr>
            <w:proofErr w:type="gramStart"/>
            <w:r w:rsidRPr="00EA4B40">
              <w:rPr>
                <w:rFonts w:cs="Times New Roman"/>
                <w:sz w:val="22"/>
                <w:lang w:val="it-IT" w:eastAsia="it-IT"/>
              </w:rPr>
              <w:t>[  </w:t>
            </w:r>
            <w:proofErr w:type="gramEnd"/>
            <w:r w:rsidRPr="00EA4B40">
              <w:rPr>
                <w:rFonts w:cs="Times New Roman"/>
                <w:sz w:val="22"/>
                <w:lang w:val="it-IT" w:eastAsia="it-IT"/>
              </w:rPr>
              <w:t xml:space="preserve"> ] Degradato / In stato di abbandono</w:t>
            </w:r>
          </w:p>
          <w:p w14:paraId="2C6DF599" w14:textId="77777777" w:rsidR="00EA4B40" w:rsidRPr="00EA4B40" w:rsidRDefault="00EA4B40" w:rsidP="00EA4B40">
            <w:pPr>
              <w:spacing w:before="100" w:beforeAutospacing="1" w:after="100" w:afterAutospacing="1"/>
              <w:rPr>
                <w:rFonts w:cs="Times New Roman"/>
                <w:sz w:val="22"/>
                <w:lang w:val="it-IT" w:eastAsia="it-IT"/>
              </w:rPr>
            </w:pPr>
            <w:proofErr w:type="gramStart"/>
            <w:r w:rsidRPr="00EA4B40">
              <w:rPr>
                <w:rFonts w:cs="Times New Roman"/>
                <w:sz w:val="22"/>
                <w:lang w:val="it-IT" w:eastAsia="it-IT"/>
              </w:rPr>
              <w:t>[  </w:t>
            </w:r>
            <w:proofErr w:type="gramEnd"/>
            <w:r w:rsidRPr="00EA4B40">
              <w:rPr>
                <w:rFonts w:cs="Times New Roman"/>
                <w:sz w:val="22"/>
                <w:lang w:val="it-IT" w:eastAsia="it-IT"/>
              </w:rPr>
              <w:t xml:space="preserve"> ] Da ristrutturare integralmente</w:t>
            </w:r>
          </w:p>
          <w:p w14:paraId="15219C32" w14:textId="020C498A" w:rsidR="00EA4B40" w:rsidRPr="00EA4B40" w:rsidRDefault="00EA4B40" w:rsidP="00EA4B40">
            <w:pPr>
              <w:spacing w:before="100" w:beforeAutospacing="1" w:after="100" w:afterAutospacing="1"/>
              <w:rPr>
                <w:rFonts w:cs="Times New Roman"/>
                <w:sz w:val="22"/>
                <w:lang w:val="it-IT" w:eastAsia="it-IT"/>
              </w:rPr>
            </w:pPr>
          </w:p>
        </w:tc>
      </w:tr>
      <w:tr w:rsidR="00EA4B40" w:rsidRPr="00EA4B40" w14:paraId="091C372A" w14:textId="77777777" w:rsidTr="002A1C48">
        <w:tc>
          <w:tcPr>
            <w:tcW w:w="0" w:type="auto"/>
            <w:hideMark/>
          </w:tcPr>
          <w:p w14:paraId="3F616AF2" w14:textId="77777777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Classe energetica attuale</w:t>
            </w:r>
            <w:r w:rsidRPr="00EA4B40">
              <w:rPr>
                <w:rFonts w:cs="Times New Roman"/>
                <w:sz w:val="22"/>
                <w:lang w:val="it-IT" w:eastAsia="it-IT"/>
              </w:rPr>
              <w:t xml:space="preserve"> </w:t>
            </w:r>
            <w:r w:rsidRPr="00EA4B40">
              <w:rPr>
                <w:rFonts w:cs="Times New Roman"/>
                <w:i/>
                <w:iCs/>
                <w:sz w:val="22"/>
                <w:lang w:val="it-IT" w:eastAsia="it-IT"/>
              </w:rPr>
              <w:t>(se nota)</w:t>
            </w:r>
          </w:p>
        </w:tc>
        <w:tc>
          <w:tcPr>
            <w:tcW w:w="0" w:type="auto"/>
            <w:hideMark/>
          </w:tcPr>
          <w:p w14:paraId="175092CB" w14:textId="77777777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sz w:val="22"/>
                <w:lang w:val="it-IT" w:eastAsia="it-IT"/>
              </w:rPr>
              <w:t>Classe: ______ (APE del _______________)</w:t>
            </w:r>
          </w:p>
        </w:tc>
      </w:tr>
      <w:tr w:rsidR="00EA4B40" w:rsidRPr="0093266D" w14:paraId="0F5BD76E" w14:textId="77777777" w:rsidTr="002A1C48">
        <w:tc>
          <w:tcPr>
            <w:tcW w:w="0" w:type="auto"/>
            <w:hideMark/>
          </w:tcPr>
          <w:p w14:paraId="1A7CE954" w14:textId="77777777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Posti letto potenzialmente realizzabili</w:t>
            </w:r>
          </w:p>
        </w:tc>
        <w:tc>
          <w:tcPr>
            <w:tcW w:w="0" w:type="auto"/>
            <w:hideMark/>
          </w:tcPr>
          <w:p w14:paraId="450FEF4B" w14:textId="3A7FDC65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sz w:val="22"/>
                <w:lang w:val="it-IT" w:eastAsia="it-IT"/>
              </w:rPr>
              <w:t xml:space="preserve">N. posti stimati </w:t>
            </w:r>
            <w:r w:rsidRPr="00EA4B40">
              <w:rPr>
                <w:rFonts w:cs="Times New Roman"/>
                <w:i/>
                <w:iCs/>
                <w:sz w:val="22"/>
                <w:lang w:val="it-IT" w:eastAsia="it-IT"/>
              </w:rPr>
              <w:t>(indicativamente tra 40 e 50)</w:t>
            </w:r>
            <w:r w:rsidRPr="00EA4B40">
              <w:rPr>
                <w:rFonts w:cs="Times New Roman"/>
                <w:sz w:val="22"/>
                <w:lang w:val="it-IT" w:eastAsia="it-IT"/>
              </w:rPr>
              <w:t>:</w:t>
            </w:r>
          </w:p>
        </w:tc>
      </w:tr>
      <w:tr w:rsidR="00EA4B40" w:rsidRPr="00EA4B40" w14:paraId="34C1FB8B" w14:textId="77777777" w:rsidTr="002A1C48">
        <w:tc>
          <w:tcPr>
            <w:tcW w:w="0" w:type="auto"/>
            <w:hideMark/>
          </w:tcPr>
          <w:p w14:paraId="51645FDE" w14:textId="77777777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Presenza di cortili o aree esterne recintate</w:t>
            </w:r>
          </w:p>
        </w:tc>
        <w:tc>
          <w:tcPr>
            <w:tcW w:w="0" w:type="auto"/>
            <w:hideMark/>
          </w:tcPr>
          <w:p w14:paraId="12BE9760" w14:textId="77777777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  <w:proofErr w:type="gramStart"/>
            <w:r w:rsidRPr="00EA4B40">
              <w:rPr>
                <w:rFonts w:cs="Times New Roman"/>
                <w:sz w:val="22"/>
                <w:lang w:val="it-IT" w:eastAsia="it-IT"/>
              </w:rPr>
              <w:t>[  </w:t>
            </w:r>
            <w:proofErr w:type="gramEnd"/>
            <w:r w:rsidRPr="00EA4B40">
              <w:rPr>
                <w:rFonts w:cs="Times New Roman"/>
                <w:sz w:val="22"/>
                <w:lang w:val="it-IT" w:eastAsia="it-IT"/>
              </w:rPr>
              <w:t xml:space="preserve"> ] Sì     </w:t>
            </w:r>
            <w:proofErr w:type="gramStart"/>
            <w:r w:rsidRPr="00EA4B40">
              <w:rPr>
                <w:rFonts w:cs="Times New Roman"/>
                <w:sz w:val="22"/>
                <w:lang w:val="it-IT" w:eastAsia="it-IT"/>
              </w:rPr>
              <w:t>   [</w:t>
            </w:r>
            <w:proofErr w:type="gramEnd"/>
            <w:r w:rsidRPr="00EA4B40">
              <w:rPr>
                <w:rFonts w:cs="Times New Roman"/>
                <w:sz w:val="22"/>
                <w:lang w:val="it-IT" w:eastAsia="it-IT"/>
              </w:rPr>
              <w:t xml:space="preserve"> </w:t>
            </w:r>
            <w:proofErr w:type="gramStart"/>
            <w:r w:rsidRPr="00EA4B40">
              <w:rPr>
                <w:rFonts w:cs="Times New Roman"/>
                <w:sz w:val="22"/>
                <w:lang w:val="it-IT" w:eastAsia="it-IT"/>
              </w:rPr>
              <w:t>  ]</w:t>
            </w:r>
            <w:proofErr w:type="gramEnd"/>
            <w:r w:rsidRPr="00EA4B40">
              <w:rPr>
                <w:rFonts w:cs="Times New Roman"/>
                <w:sz w:val="22"/>
                <w:lang w:val="it-IT" w:eastAsia="it-IT"/>
              </w:rPr>
              <w:t xml:space="preserve"> No</w:t>
            </w:r>
          </w:p>
        </w:tc>
      </w:tr>
      <w:tr w:rsidR="00EA4B40" w:rsidRPr="0093266D" w14:paraId="483DDDEF" w14:textId="77777777" w:rsidTr="002A1C48">
        <w:tc>
          <w:tcPr>
            <w:tcW w:w="0" w:type="auto"/>
            <w:hideMark/>
          </w:tcPr>
          <w:p w14:paraId="10DBC9C8" w14:textId="77777777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  <w:r w:rsidRPr="00EA4B40">
              <w:rPr>
                <w:rFonts w:cs="Times New Roman"/>
                <w:b/>
                <w:bCs/>
                <w:sz w:val="22"/>
                <w:lang w:val="it-IT" w:eastAsia="it-IT"/>
              </w:rPr>
              <w:t>Eventuali vincoli</w:t>
            </w:r>
            <w:r w:rsidRPr="00EA4B40">
              <w:rPr>
                <w:rFonts w:cs="Times New Roman"/>
                <w:sz w:val="22"/>
                <w:lang w:val="it-IT" w:eastAsia="it-IT"/>
              </w:rPr>
              <w:t xml:space="preserve"> </w:t>
            </w:r>
            <w:r w:rsidRPr="00EA4B40">
              <w:rPr>
                <w:rFonts w:cs="Times New Roman"/>
                <w:i/>
                <w:iCs/>
                <w:sz w:val="22"/>
                <w:lang w:val="it-IT" w:eastAsia="it-IT"/>
              </w:rPr>
              <w:t>(storici, artistici, paesaggistici, ipotecari)</w:t>
            </w:r>
          </w:p>
        </w:tc>
        <w:tc>
          <w:tcPr>
            <w:tcW w:w="0" w:type="auto"/>
            <w:hideMark/>
          </w:tcPr>
          <w:p w14:paraId="5AD8BFAB" w14:textId="77777777" w:rsidR="00EA4B40" w:rsidRPr="00EA4B40" w:rsidRDefault="00EA4B40" w:rsidP="00EA4B40">
            <w:pPr>
              <w:rPr>
                <w:rFonts w:cs="Times New Roman"/>
                <w:sz w:val="22"/>
                <w:lang w:val="it-IT" w:eastAsia="it-IT"/>
              </w:rPr>
            </w:pPr>
          </w:p>
        </w:tc>
      </w:tr>
    </w:tbl>
    <w:p w14:paraId="3D880E73" w14:textId="77777777" w:rsidR="002A1C48" w:rsidRDefault="002A1C48" w:rsidP="003A6692">
      <w:pPr>
        <w:pStyle w:val="NormaleWeb"/>
        <w:rPr>
          <w:b/>
          <w:bCs/>
          <w:sz w:val="22"/>
          <w:szCs w:val="22"/>
        </w:rPr>
      </w:pPr>
    </w:p>
    <w:p w14:paraId="18C057C4" w14:textId="303D5F91" w:rsidR="003A6692" w:rsidRPr="003A6692" w:rsidRDefault="003A6692" w:rsidP="003A6692">
      <w:pPr>
        <w:pStyle w:val="NormaleWeb"/>
        <w:rPr>
          <w:sz w:val="22"/>
          <w:szCs w:val="22"/>
        </w:rPr>
      </w:pPr>
      <w:r w:rsidRPr="003A6692">
        <w:rPr>
          <w:b/>
          <w:bCs/>
          <w:sz w:val="22"/>
          <w:szCs w:val="22"/>
        </w:rPr>
        <w:t>DICHIARA AI SENSI DEL D.P.R. 445/2000:</w:t>
      </w:r>
    </w:p>
    <w:p w14:paraId="25F3A8E3" w14:textId="77777777" w:rsidR="003A6692" w:rsidRPr="003A6692" w:rsidRDefault="003A6692" w:rsidP="003A6692">
      <w:pPr>
        <w:pStyle w:val="NormaleWeb"/>
        <w:numPr>
          <w:ilvl w:val="0"/>
          <w:numId w:val="16"/>
        </w:numPr>
        <w:rPr>
          <w:sz w:val="22"/>
          <w:szCs w:val="22"/>
        </w:rPr>
      </w:pPr>
      <w:r w:rsidRPr="003A6692">
        <w:rPr>
          <w:sz w:val="22"/>
          <w:szCs w:val="22"/>
        </w:rPr>
        <w:t>Di avere la piena e legittima titolarità giuridica per poter disporre dell'immobile e che sullo stesso non pendono contenziosi, sequestri o gravami lesivi per le finalità dell'Ente;</w:t>
      </w:r>
    </w:p>
    <w:p w14:paraId="0FA2C62A" w14:textId="77777777" w:rsidR="003A6692" w:rsidRPr="003A6692" w:rsidRDefault="003A6692" w:rsidP="003A6692">
      <w:pPr>
        <w:pStyle w:val="NormaleWeb"/>
        <w:numPr>
          <w:ilvl w:val="0"/>
          <w:numId w:val="16"/>
        </w:numPr>
        <w:rPr>
          <w:sz w:val="22"/>
          <w:szCs w:val="22"/>
        </w:rPr>
      </w:pPr>
      <w:r w:rsidRPr="003A6692">
        <w:rPr>
          <w:sz w:val="22"/>
          <w:szCs w:val="22"/>
        </w:rPr>
        <w:t xml:space="preserve">La piena e formale disponibilità a concedere l’immobile sopra descritto al Comune di Turi mediante la stipula di un contratto di </w:t>
      </w:r>
      <w:r w:rsidRPr="003A6692">
        <w:rPr>
          <w:b/>
          <w:bCs/>
          <w:sz w:val="22"/>
          <w:szCs w:val="22"/>
        </w:rPr>
        <w:t>comodato d’uso gratuito per la durata minima di 10 (dieci) anni</w:t>
      </w:r>
      <w:r w:rsidRPr="003A6692">
        <w:rPr>
          <w:sz w:val="22"/>
          <w:szCs w:val="22"/>
        </w:rPr>
        <w:t>, decorrenti dalla data di ultimazione dei lavori regionali;</w:t>
      </w:r>
    </w:p>
    <w:p w14:paraId="7298E77C" w14:textId="77777777" w:rsidR="003A6692" w:rsidRPr="003A6692" w:rsidRDefault="003A6692" w:rsidP="003A6692">
      <w:pPr>
        <w:pStyle w:val="NormaleWeb"/>
        <w:numPr>
          <w:ilvl w:val="0"/>
          <w:numId w:val="16"/>
        </w:numPr>
        <w:rPr>
          <w:sz w:val="22"/>
          <w:szCs w:val="22"/>
        </w:rPr>
      </w:pPr>
      <w:r w:rsidRPr="003A6692">
        <w:rPr>
          <w:sz w:val="22"/>
          <w:szCs w:val="22"/>
        </w:rPr>
        <w:t>Di accettare incondizionatamente tutte le condizioni e le clausole di salvaguardia previste nel presente Avviso Pubblico comunale, ivi inclusa la subordinazione degli effetti del comodato all'effettivo finanziamento del progetto da parte della Regione Puglia;</w:t>
      </w:r>
    </w:p>
    <w:p w14:paraId="6EF58305" w14:textId="77777777" w:rsidR="003A6692" w:rsidRPr="003A6692" w:rsidRDefault="003A6692" w:rsidP="003A6692">
      <w:pPr>
        <w:pStyle w:val="NormaleWeb"/>
        <w:numPr>
          <w:ilvl w:val="0"/>
          <w:numId w:val="16"/>
        </w:numPr>
        <w:rPr>
          <w:sz w:val="22"/>
          <w:szCs w:val="22"/>
        </w:rPr>
      </w:pPr>
      <w:r w:rsidRPr="003A6692">
        <w:rPr>
          <w:sz w:val="22"/>
          <w:szCs w:val="22"/>
        </w:rPr>
        <w:t>Che tutte le informazioni fornite nella presente istanza e negli allegati corrispondono al vero.</w:t>
      </w:r>
    </w:p>
    <w:p w14:paraId="5BB04423" w14:textId="279F2446" w:rsidR="003A6692" w:rsidRDefault="003A6692" w:rsidP="003A6692">
      <w:pPr>
        <w:pStyle w:val="NormaleWeb"/>
        <w:rPr>
          <w:sz w:val="22"/>
          <w:szCs w:val="22"/>
        </w:rPr>
      </w:pPr>
      <w:r w:rsidRPr="003A6692">
        <w:rPr>
          <w:sz w:val="22"/>
          <w:szCs w:val="22"/>
        </w:rPr>
        <w:t>Si allega la documentazione richiesta all'Art. 6 dell'Avviso.</w:t>
      </w:r>
    </w:p>
    <w:p w14:paraId="1F3F6ABF" w14:textId="77777777" w:rsidR="002A1C48" w:rsidRDefault="002A1C48" w:rsidP="003A6692">
      <w:pPr>
        <w:pStyle w:val="NormaleWeb"/>
        <w:rPr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143"/>
        <w:gridCol w:w="4698"/>
      </w:tblGrid>
      <w:tr w:rsidR="002A1C48" w14:paraId="29E467F3" w14:textId="77777777" w:rsidTr="002A1C48">
        <w:tc>
          <w:tcPr>
            <w:tcW w:w="1555" w:type="dxa"/>
          </w:tcPr>
          <w:p w14:paraId="1B2B9A2A" w14:textId="77777777" w:rsidR="002A1C48" w:rsidRDefault="002A1C48" w:rsidP="003A6692">
            <w:pPr>
              <w:pStyle w:val="NormaleWeb"/>
              <w:rPr>
                <w:sz w:val="22"/>
                <w:szCs w:val="22"/>
              </w:rPr>
            </w:pPr>
            <w:r w:rsidRPr="003A6692">
              <w:rPr>
                <w:sz w:val="22"/>
                <w:szCs w:val="22"/>
              </w:rPr>
              <w:t>Luogo e data,</w:t>
            </w:r>
          </w:p>
        </w:tc>
        <w:tc>
          <w:tcPr>
            <w:tcW w:w="3143" w:type="dxa"/>
          </w:tcPr>
          <w:p w14:paraId="1E00E8F5" w14:textId="77777777" w:rsidR="002A1C48" w:rsidRPr="003A6692" w:rsidRDefault="002A1C48" w:rsidP="002A1C48">
            <w:pPr>
              <w:pStyle w:val="NormaleWeb"/>
              <w:rPr>
                <w:sz w:val="22"/>
                <w:szCs w:val="22"/>
              </w:rPr>
            </w:pPr>
            <w:r w:rsidRPr="003A6692">
              <w:rPr>
                <w:sz w:val="22"/>
                <w:szCs w:val="22"/>
              </w:rPr>
              <w:t>_______________________</w:t>
            </w:r>
          </w:p>
          <w:p w14:paraId="268D182C" w14:textId="33BAAA7F" w:rsidR="002A1C48" w:rsidRDefault="002A1C48" w:rsidP="003A6692">
            <w:pPr>
              <w:pStyle w:val="NormaleWeb"/>
              <w:rPr>
                <w:sz w:val="22"/>
                <w:szCs w:val="22"/>
              </w:rPr>
            </w:pPr>
          </w:p>
        </w:tc>
        <w:tc>
          <w:tcPr>
            <w:tcW w:w="4698" w:type="dxa"/>
            <w:tcBorders>
              <w:bottom w:val="single" w:sz="4" w:space="0" w:color="auto"/>
            </w:tcBorders>
          </w:tcPr>
          <w:p w14:paraId="4F4EB4E2" w14:textId="77777777" w:rsidR="002A1C48" w:rsidRDefault="002A1C48" w:rsidP="002A1C48">
            <w:pPr>
              <w:pStyle w:val="NormaleWeb"/>
              <w:jc w:val="center"/>
              <w:rPr>
                <w:sz w:val="22"/>
                <w:szCs w:val="22"/>
              </w:rPr>
            </w:pPr>
            <w:r w:rsidRPr="003A6692">
              <w:rPr>
                <w:b/>
                <w:bCs/>
                <w:sz w:val="22"/>
                <w:szCs w:val="22"/>
              </w:rPr>
              <w:t>Firma del Proponente</w:t>
            </w:r>
            <w:r w:rsidRPr="003A6692">
              <w:rPr>
                <w:sz w:val="22"/>
                <w:szCs w:val="22"/>
              </w:rPr>
              <w:t>,</w:t>
            </w:r>
          </w:p>
          <w:p w14:paraId="0DE51F09" w14:textId="4B607AAA" w:rsidR="002A1C48" w:rsidRDefault="002A1C48" w:rsidP="002A1C48">
            <w:pPr>
              <w:pStyle w:val="NormaleWeb"/>
              <w:jc w:val="center"/>
              <w:rPr>
                <w:sz w:val="22"/>
                <w:szCs w:val="22"/>
              </w:rPr>
            </w:pPr>
          </w:p>
        </w:tc>
      </w:tr>
    </w:tbl>
    <w:p w14:paraId="76994DE6" w14:textId="77777777" w:rsidR="002A1C48" w:rsidRPr="003A6692" w:rsidRDefault="002A1C48" w:rsidP="003A6692">
      <w:pPr>
        <w:pStyle w:val="NormaleWeb"/>
        <w:rPr>
          <w:sz w:val="22"/>
          <w:szCs w:val="22"/>
        </w:rPr>
      </w:pPr>
    </w:p>
    <w:sectPr w:rsidR="002A1C48" w:rsidRPr="003A6692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A8F2" w14:textId="77777777" w:rsidR="00B87B4B" w:rsidRDefault="00B87B4B" w:rsidP="006256A9">
      <w:r>
        <w:separator/>
      </w:r>
    </w:p>
  </w:endnote>
  <w:endnote w:type="continuationSeparator" w:id="0">
    <w:p w14:paraId="60528093" w14:textId="77777777" w:rsidR="00B87B4B" w:rsidRDefault="00B87B4B" w:rsidP="0062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E9BC" w14:textId="5AFD3142" w:rsidR="006256A9" w:rsidRPr="00F421ED" w:rsidRDefault="006256A9" w:rsidP="006256A9">
    <w:pPr>
      <w:spacing w:before="12"/>
      <w:ind w:left="3" w:right="3"/>
      <w:jc w:val="center"/>
      <w:rPr>
        <w:sz w:val="18"/>
        <w:lang w:val="it-IT"/>
      </w:rPr>
    </w:pPr>
    <w:r w:rsidRPr="00F421ED">
      <w:rPr>
        <w:sz w:val="18"/>
        <w:lang w:val="it-IT"/>
      </w:rPr>
      <w:t>Via</w:t>
    </w:r>
    <w:r w:rsidRPr="00F421ED">
      <w:rPr>
        <w:spacing w:val="-4"/>
        <w:sz w:val="18"/>
        <w:lang w:val="it-IT"/>
      </w:rPr>
      <w:t xml:space="preserve"> </w:t>
    </w:r>
    <w:r w:rsidRPr="00F421ED">
      <w:rPr>
        <w:sz w:val="18"/>
        <w:lang w:val="it-IT"/>
      </w:rPr>
      <w:t>XX</w:t>
    </w:r>
    <w:r w:rsidRPr="00F421ED">
      <w:rPr>
        <w:spacing w:val="-4"/>
        <w:sz w:val="18"/>
        <w:lang w:val="it-IT"/>
      </w:rPr>
      <w:t xml:space="preserve"> </w:t>
    </w:r>
    <w:r w:rsidRPr="00F421ED">
      <w:rPr>
        <w:sz w:val="18"/>
        <w:lang w:val="it-IT"/>
      </w:rPr>
      <w:t>Settembre,</w:t>
    </w:r>
    <w:r w:rsidRPr="00F421ED">
      <w:rPr>
        <w:spacing w:val="-1"/>
        <w:sz w:val="18"/>
        <w:lang w:val="it-IT"/>
      </w:rPr>
      <w:t xml:space="preserve"> </w:t>
    </w:r>
    <w:r w:rsidRPr="00F421ED">
      <w:rPr>
        <w:sz w:val="18"/>
        <w:lang w:val="it-IT"/>
      </w:rPr>
      <w:t>n.</w:t>
    </w:r>
    <w:r w:rsidRPr="00F421ED">
      <w:rPr>
        <w:spacing w:val="-5"/>
        <w:sz w:val="18"/>
        <w:lang w:val="it-IT"/>
      </w:rPr>
      <w:t xml:space="preserve"> </w:t>
    </w:r>
    <w:r w:rsidRPr="00F421ED">
      <w:rPr>
        <w:sz w:val="18"/>
        <w:lang w:val="it-IT"/>
      </w:rPr>
      <w:t>5 Turi</w:t>
    </w:r>
    <w:r w:rsidRPr="00F421ED">
      <w:rPr>
        <w:spacing w:val="-3"/>
        <w:sz w:val="18"/>
        <w:lang w:val="it-IT"/>
      </w:rPr>
      <w:t xml:space="preserve"> </w:t>
    </w:r>
    <w:r w:rsidRPr="00F421ED">
      <w:rPr>
        <w:sz w:val="18"/>
        <w:lang w:val="it-IT"/>
      </w:rPr>
      <w:t>(BA)</w:t>
    </w:r>
    <w:r w:rsidRPr="00F421ED">
      <w:rPr>
        <w:spacing w:val="-2"/>
        <w:sz w:val="18"/>
        <w:lang w:val="it-IT"/>
      </w:rPr>
      <w:t xml:space="preserve"> </w:t>
    </w:r>
    <w:r w:rsidRPr="00F421ED">
      <w:rPr>
        <w:sz w:val="18"/>
        <w:lang w:val="it-IT"/>
      </w:rPr>
      <w:t>-</w:t>
    </w:r>
    <w:r w:rsidRPr="00F421ED">
      <w:rPr>
        <w:spacing w:val="-1"/>
        <w:sz w:val="18"/>
        <w:lang w:val="it-IT"/>
      </w:rPr>
      <w:t xml:space="preserve"> </w:t>
    </w:r>
    <w:proofErr w:type="spellStart"/>
    <w:r w:rsidRPr="00F421ED">
      <w:rPr>
        <w:sz w:val="18"/>
        <w:lang w:val="it-IT"/>
      </w:rPr>
      <w:t>c.a.p.</w:t>
    </w:r>
    <w:proofErr w:type="spellEnd"/>
    <w:r w:rsidRPr="00F421ED">
      <w:rPr>
        <w:spacing w:val="-2"/>
        <w:sz w:val="18"/>
        <w:lang w:val="it-IT"/>
      </w:rPr>
      <w:t xml:space="preserve"> </w:t>
    </w:r>
    <w:r w:rsidRPr="00F421ED">
      <w:rPr>
        <w:sz w:val="18"/>
        <w:lang w:val="it-IT"/>
      </w:rPr>
      <w:t>70010</w:t>
    </w:r>
    <w:r w:rsidRPr="00F421ED">
      <w:rPr>
        <w:spacing w:val="-3"/>
        <w:sz w:val="18"/>
        <w:lang w:val="it-IT"/>
      </w:rPr>
      <w:t xml:space="preserve"> </w:t>
    </w:r>
    <w:r w:rsidRPr="00F421ED">
      <w:rPr>
        <w:sz w:val="18"/>
        <w:lang w:val="it-IT"/>
      </w:rPr>
      <w:t>-</w:t>
    </w:r>
    <w:r w:rsidRPr="00F421ED">
      <w:rPr>
        <w:spacing w:val="-1"/>
        <w:sz w:val="18"/>
        <w:lang w:val="it-IT"/>
      </w:rPr>
      <w:t xml:space="preserve"> </w:t>
    </w:r>
    <w:r w:rsidRPr="00F421ED">
      <w:rPr>
        <w:sz w:val="18"/>
        <w:lang w:val="it-IT"/>
      </w:rPr>
      <w:t>C.F.:</w:t>
    </w:r>
    <w:r w:rsidRPr="00F421ED">
      <w:rPr>
        <w:spacing w:val="-6"/>
        <w:sz w:val="18"/>
        <w:lang w:val="it-IT"/>
      </w:rPr>
      <w:t xml:space="preserve"> </w:t>
    </w:r>
    <w:r w:rsidRPr="00F421ED">
      <w:rPr>
        <w:color w:val="3A4043"/>
        <w:sz w:val="18"/>
        <w:lang w:val="it-IT"/>
      </w:rPr>
      <w:t>82001130721</w:t>
    </w:r>
    <w:r w:rsidRPr="00F421ED">
      <w:rPr>
        <w:color w:val="3A4043"/>
        <w:spacing w:val="4"/>
        <w:sz w:val="18"/>
        <w:lang w:val="it-IT"/>
      </w:rPr>
      <w:t xml:space="preserve"> </w:t>
    </w:r>
    <w:r w:rsidRPr="00F421ED">
      <w:rPr>
        <w:sz w:val="18"/>
        <w:lang w:val="it-IT"/>
      </w:rPr>
      <w:t>-</w:t>
    </w:r>
    <w:r w:rsidRPr="00F421ED">
      <w:rPr>
        <w:spacing w:val="-7"/>
        <w:sz w:val="18"/>
        <w:lang w:val="it-IT"/>
      </w:rPr>
      <w:t xml:space="preserve"> </w:t>
    </w:r>
    <w:r w:rsidRPr="00F421ED">
      <w:rPr>
        <w:sz w:val="18"/>
        <w:lang w:val="it-IT"/>
      </w:rPr>
      <w:t>P.I.:</w:t>
    </w:r>
    <w:r w:rsidRPr="00F421ED">
      <w:rPr>
        <w:spacing w:val="-2"/>
        <w:sz w:val="18"/>
        <w:lang w:val="it-IT"/>
      </w:rPr>
      <w:t xml:space="preserve"> </w:t>
    </w:r>
    <w:r w:rsidR="001C001E">
      <w:rPr>
        <w:color w:val="3C4043"/>
        <w:sz w:val="18"/>
        <w:szCs w:val="18"/>
        <w:shd w:val="clear" w:color="auto" w:fill="FFFFFF"/>
      </w:rPr>
      <w:t>02593410729</w:t>
    </w:r>
    <w:r w:rsidRPr="00F421ED">
      <w:rPr>
        <w:sz w:val="18"/>
        <w:lang w:val="it-IT"/>
      </w:rPr>
      <w:t>;</w:t>
    </w:r>
    <w:r w:rsidRPr="00F421ED">
      <w:rPr>
        <w:spacing w:val="-3"/>
        <w:sz w:val="18"/>
        <w:lang w:val="it-IT"/>
      </w:rPr>
      <w:t xml:space="preserve"> </w:t>
    </w:r>
    <w:r w:rsidRPr="00F421ED">
      <w:rPr>
        <w:sz w:val="18"/>
        <w:lang w:val="it-IT"/>
      </w:rPr>
      <w:t>Codice</w:t>
    </w:r>
    <w:r w:rsidRPr="00F421ED">
      <w:rPr>
        <w:spacing w:val="-7"/>
        <w:sz w:val="18"/>
        <w:lang w:val="it-IT"/>
      </w:rPr>
      <w:t xml:space="preserve"> </w:t>
    </w:r>
    <w:r w:rsidRPr="00F421ED">
      <w:rPr>
        <w:sz w:val="18"/>
        <w:lang w:val="it-IT"/>
      </w:rPr>
      <w:t>Istat:</w:t>
    </w:r>
    <w:r w:rsidRPr="00F421ED">
      <w:rPr>
        <w:spacing w:val="42"/>
        <w:sz w:val="18"/>
        <w:lang w:val="it-IT"/>
      </w:rPr>
      <w:t xml:space="preserve"> </w:t>
    </w:r>
    <w:r w:rsidRPr="00F421ED">
      <w:rPr>
        <w:spacing w:val="-2"/>
        <w:sz w:val="18"/>
        <w:lang w:val="it-IT"/>
      </w:rPr>
      <w:t>072047</w:t>
    </w:r>
  </w:p>
  <w:p w14:paraId="2D4B14CF" w14:textId="236AE196" w:rsidR="006256A9" w:rsidRPr="006256A9" w:rsidRDefault="006256A9" w:rsidP="006256A9">
    <w:pPr>
      <w:spacing w:before="5"/>
      <w:ind w:right="3"/>
      <w:jc w:val="center"/>
      <w:rPr>
        <w:lang w:val="it-IT"/>
      </w:rPr>
    </w:pPr>
    <w:r w:rsidRPr="00F421ED">
      <w:rPr>
        <w:sz w:val="18"/>
        <w:lang w:val="it-IT"/>
      </w:rPr>
      <w:t>Sito</w:t>
    </w:r>
    <w:r w:rsidRPr="00F421ED">
      <w:rPr>
        <w:spacing w:val="-2"/>
        <w:sz w:val="18"/>
        <w:lang w:val="it-IT"/>
      </w:rPr>
      <w:t xml:space="preserve"> </w:t>
    </w:r>
    <w:r w:rsidRPr="00F421ED">
      <w:rPr>
        <w:sz w:val="18"/>
        <w:lang w:val="it-IT"/>
      </w:rPr>
      <w:t>Istituzionale:</w:t>
    </w:r>
    <w:r w:rsidRPr="00F421ED">
      <w:rPr>
        <w:spacing w:val="1"/>
        <w:sz w:val="18"/>
        <w:lang w:val="it-IT"/>
      </w:rPr>
      <w:t xml:space="preserve"> </w:t>
    </w:r>
    <w:hyperlink r:id="rId1">
      <w:r w:rsidRPr="00F421ED">
        <w:rPr>
          <w:color w:val="0000FF"/>
          <w:spacing w:val="-2"/>
          <w:sz w:val="18"/>
          <w:u w:val="single" w:color="0000FF"/>
          <w:lang w:val="it-IT"/>
        </w:rPr>
        <w:t>www.comune.turi.ba.it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C876" w14:textId="77777777" w:rsidR="00B87B4B" w:rsidRDefault="00B87B4B" w:rsidP="006256A9">
      <w:r>
        <w:separator/>
      </w:r>
    </w:p>
  </w:footnote>
  <w:footnote w:type="continuationSeparator" w:id="0">
    <w:p w14:paraId="6D9CD358" w14:textId="77777777" w:rsidR="00B87B4B" w:rsidRDefault="00B87B4B" w:rsidP="00625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68008F"/>
    <w:multiLevelType w:val="multilevel"/>
    <w:tmpl w:val="3D64B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0C4B50"/>
    <w:multiLevelType w:val="multilevel"/>
    <w:tmpl w:val="E864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272F7F"/>
    <w:multiLevelType w:val="multilevel"/>
    <w:tmpl w:val="8944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C03C28"/>
    <w:multiLevelType w:val="multilevel"/>
    <w:tmpl w:val="18B43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C2DF2"/>
    <w:multiLevelType w:val="multilevel"/>
    <w:tmpl w:val="98EE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734485"/>
    <w:multiLevelType w:val="multilevel"/>
    <w:tmpl w:val="DC101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D02566"/>
    <w:multiLevelType w:val="multilevel"/>
    <w:tmpl w:val="D8F60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855487">
    <w:abstractNumId w:val="8"/>
  </w:num>
  <w:num w:numId="2" w16cid:durableId="1816752893">
    <w:abstractNumId w:val="6"/>
  </w:num>
  <w:num w:numId="3" w16cid:durableId="1582104998">
    <w:abstractNumId w:val="5"/>
  </w:num>
  <w:num w:numId="4" w16cid:durableId="1113860867">
    <w:abstractNumId w:val="4"/>
  </w:num>
  <w:num w:numId="5" w16cid:durableId="325549635">
    <w:abstractNumId w:val="7"/>
  </w:num>
  <w:num w:numId="6" w16cid:durableId="2057509946">
    <w:abstractNumId w:val="3"/>
  </w:num>
  <w:num w:numId="7" w16cid:durableId="1964532976">
    <w:abstractNumId w:val="2"/>
  </w:num>
  <w:num w:numId="8" w16cid:durableId="1336104463">
    <w:abstractNumId w:val="1"/>
  </w:num>
  <w:num w:numId="9" w16cid:durableId="976639768">
    <w:abstractNumId w:val="0"/>
  </w:num>
  <w:num w:numId="10" w16cid:durableId="1022515080">
    <w:abstractNumId w:val="15"/>
  </w:num>
  <w:num w:numId="11" w16cid:durableId="990986711">
    <w:abstractNumId w:val="10"/>
  </w:num>
  <w:num w:numId="12" w16cid:durableId="1068115347">
    <w:abstractNumId w:val="9"/>
  </w:num>
  <w:num w:numId="13" w16cid:durableId="2139451517">
    <w:abstractNumId w:val="14"/>
  </w:num>
  <w:num w:numId="14" w16cid:durableId="609552516">
    <w:abstractNumId w:val="11"/>
  </w:num>
  <w:num w:numId="15" w16cid:durableId="676537915">
    <w:abstractNumId w:val="13"/>
  </w:num>
  <w:num w:numId="16" w16cid:durableId="12123770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2F3D"/>
    <w:rsid w:val="0015074B"/>
    <w:rsid w:val="001644EA"/>
    <w:rsid w:val="001C001E"/>
    <w:rsid w:val="002435D7"/>
    <w:rsid w:val="0027450D"/>
    <w:rsid w:val="0029639D"/>
    <w:rsid w:val="002A1C48"/>
    <w:rsid w:val="00326F90"/>
    <w:rsid w:val="003A6692"/>
    <w:rsid w:val="003F7FC7"/>
    <w:rsid w:val="00404581"/>
    <w:rsid w:val="006256A9"/>
    <w:rsid w:val="008401D0"/>
    <w:rsid w:val="0093266D"/>
    <w:rsid w:val="009E19CE"/>
    <w:rsid w:val="00AA1D8D"/>
    <w:rsid w:val="00B47730"/>
    <w:rsid w:val="00B87B4B"/>
    <w:rsid w:val="00B94675"/>
    <w:rsid w:val="00CB0664"/>
    <w:rsid w:val="00D05FBA"/>
    <w:rsid w:val="00DF21EE"/>
    <w:rsid w:val="00DF65DE"/>
    <w:rsid w:val="00E41158"/>
    <w:rsid w:val="00EA4B40"/>
    <w:rsid w:val="00EF5E5D"/>
    <w:rsid w:val="00F40BBE"/>
    <w:rsid w:val="00FC693F"/>
    <w:rsid w:val="00FE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9229D"/>
  <w14:defaultImageDpi w14:val="300"/>
  <w15:docId w15:val="{3CBD3E92-8C25-4DEC-AE8D-CE062A6A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6256A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56A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05FBA"/>
    <w:pPr>
      <w:spacing w:before="100" w:beforeAutospacing="1" w:after="100" w:afterAutospacing="1"/>
    </w:pPr>
    <w:rPr>
      <w:rFonts w:cs="Times New Roman"/>
      <w:szCs w:val="24"/>
      <w:lang w:val="it-IT" w:eastAsia="it-IT"/>
    </w:rPr>
  </w:style>
  <w:style w:type="table" w:styleId="Tabellasemplice4">
    <w:name w:val="Plain Table 4"/>
    <w:basedOn w:val="Tabellanormale"/>
    <w:uiPriority w:val="99"/>
    <w:rsid w:val="00EA4B4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99"/>
    <w:rsid w:val="00EA4B4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1chiara-colore1">
    <w:name w:val="Grid Table 1 Light Accent 1"/>
    <w:basedOn w:val="Tabellanormale"/>
    <w:uiPriority w:val="46"/>
    <w:rsid w:val="00EA4B4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-2">
    <w:name w:val="Plain Table 2"/>
    <w:basedOn w:val="Tabellanormale"/>
    <w:uiPriority w:val="99"/>
    <w:rsid w:val="00EA4B4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gliatabellachiara">
    <w:name w:val="Grid Table Light"/>
    <w:basedOn w:val="Tabellanormale"/>
    <w:uiPriority w:val="99"/>
    <w:rsid w:val="002A1C4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turi.b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3C8F48-4F8A-4FE8-BA7B-62E77D9CC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Giuseppe Di Bonaventura</cp:lastModifiedBy>
  <cp:revision>2</cp:revision>
  <dcterms:created xsi:type="dcterms:W3CDTF">2026-06-12T11:48:00Z</dcterms:created>
  <dcterms:modified xsi:type="dcterms:W3CDTF">2026-06-12T11:48:00Z</dcterms:modified>
  <cp:category/>
</cp:coreProperties>
</file>